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793BF" w14:textId="77777777" w:rsidR="00400691" w:rsidRDefault="00000000" w:rsidP="00436EC4">
      <w:pPr>
        <w:pStyle w:val="Title"/>
        <w:spacing w:before="120" w:after="120"/>
        <w:jc w:val="center"/>
      </w:pPr>
      <w:r>
        <w:t>Montessori Europe Congress 2027</w:t>
      </w:r>
    </w:p>
    <w:p w14:paraId="0D1BF895" w14:textId="77777777" w:rsidR="00400691" w:rsidRDefault="00000000" w:rsidP="00436EC4">
      <w:pPr>
        <w:spacing w:before="120" w:after="120" w:line="240" w:lineRule="auto"/>
        <w:jc w:val="center"/>
      </w:pPr>
      <w:r>
        <w:rPr>
          <w:b/>
        </w:rPr>
        <w:t>Professional Engagement Submission Template</w:t>
      </w:r>
      <w:r>
        <w:rPr>
          <w:b/>
        </w:rPr>
        <w:br/>
      </w:r>
      <w:r>
        <w:t>Professional Engagement Stream</w:t>
      </w:r>
      <w:r>
        <w:br/>
        <w:t>Theme: The Courage to Continue: Following the Child, Reimagining the Future</w:t>
      </w:r>
      <w:r>
        <w:br/>
        <w:t>Frankfurt, Germany | 1–3 October 2027</w:t>
      </w:r>
    </w:p>
    <w:p w14:paraId="50FFAF37" w14:textId="77777777" w:rsidR="00436EC4" w:rsidRDefault="00436EC4" w:rsidP="00436EC4">
      <w:pPr>
        <w:pStyle w:val="Heading1"/>
        <w:spacing w:before="120" w:after="120" w:line="240" w:lineRule="auto"/>
        <w:rPr>
          <w:color w:val="000000" w:themeColor="text1"/>
        </w:rPr>
      </w:pPr>
    </w:p>
    <w:p w14:paraId="051C18B7" w14:textId="12DA0508" w:rsidR="00400691" w:rsidRPr="00436EC4" w:rsidRDefault="00000000" w:rsidP="00436EC4">
      <w:pPr>
        <w:pStyle w:val="Heading1"/>
        <w:spacing w:before="120" w:after="120" w:line="240" w:lineRule="auto"/>
        <w:rPr>
          <w:color w:val="000000" w:themeColor="text1"/>
        </w:rPr>
      </w:pPr>
      <w:r w:rsidRPr="00436EC4">
        <w:rPr>
          <w:color w:val="000000" w:themeColor="text1"/>
        </w:rPr>
        <w:t>Submission Instructions</w:t>
      </w:r>
    </w:p>
    <w:p w14:paraId="6740E5C4" w14:textId="553437E4" w:rsidR="00436EC4" w:rsidRDefault="00000000" w:rsidP="00436EC4">
      <w:pPr>
        <w:spacing w:before="120" w:after="120" w:line="240" w:lineRule="auto"/>
      </w:pPr>
      <w:r>
        <w:t xml:space="preserve">Complete this template and email it to </w:t>
      </w:r>
      <w:hyperlink r:id="rId6" w:history="1">
        <w:r w:rsidR="00775FCE" w:rsidRPr="0058625B">
          <w:rPr>
            <w:rStyle w:val="Hyperlink"/>
          </w:rPr>
          <w:t>congress@montessori-europe.net</w:t>
        </w:r>
      </w:hyperlink>
      <w:r w:rsidR="00775FCE">
        <w:t xml:space="preserve"> </w:t>
      </w:r>
      <w:r>
        <w:t xml:space="preserve">by </w:t>
      </w:r>
      <w:r w:rsidRPr="00436EC4">
        <w:rPr>
          <w:b/>
          <w:bCs/>
        </w:rPr>
        <w:t>30 September 2026</w:t>
      </w:r>
      <w:r>
        <w:t>.</w:t>
      </w:r>
      <w:r>
        <w:br/>
      </w:r>
    </w:p>
    <w:p w14:paraId="21ECDAE1" w14:textId="02613BD4" w:rsidR="00400691" w:rsidRDefault="00000000" w:rsidP="00436EC4">
      <w:pPr>
        <w:spacing w:before="120" w:after="120" w:line="240" w:lineRule="auto"/>
      </w:pPr>
      <w:r>
        <w:t>Subject: Professional Engagement Submission – [Contributor Name]</w:t>
      </w:r>
      <w:r>
        <w:br/>
      </w:r>
      <w:r>
        <w:br/>
        <w:t>Please read the Professional Engagement Submission Guide before completing this template.</w:t>
      </w:r>
    </w:p>
    <w:p w14:paraId="1760E853" w14:textId="77777777" w:rsidR="00436EC4" w:rsidRDefault="00436EC4" w:rsidP="00436EC4">
      <w:pPr>
        <w:pStyle w:val="Heading1"/>
        <w:spacing w:before="120" w:after="120" w:line="240" w:lineRule="auto"/>
        <w:rPr>
          <w:color w:val="000000" w:themeColor="text1"/>
        </w:rPr>
      </w:pPr>
    </w:p>
    <w:p w14:paraId="1695BEA3" w14:textId="3FBB816C" w:rsidR="00400691" w:rsidRPr="00436EC4" w:rsidRDefault="00000000" w:rsidP="00436EC4">
      <w:pPr>
        <w:pStyle w:val="Heading1"/>
        <w:spacing w:before="120" w:after="120" w:line="240" w:lineRule="auto"/>
        <w:rPr>
          <w:color w:val="000000" w:themeColor="text1"/>
        </w:rPr>
      </w:pPr>
      <w:r w:rsidRPr="00436EC4">
        <w:rPr>
          <w:color w:val="000000" w:themeColor="text1"/>
        </w:rPr>
        <w:t>Section A | Contribution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400691" w14:paraId="1135001D" w14:textId="77777777">
        <w:tc>
          <w:tcPr>
            <w:tcW w:w="4320" w:type="dxa"/>
          </w:tcPr>
          <w:p w14:paraId="09BF1EFA" w14:textId="77777777" w:rsidR="00400691" w:rsidRDefault="00000000" w:rsidP="00436EC4">
            <w:pPr>
              <w:spacing w:before="120" w:after="120"/>
            </w:pPr>
            <w:r>
              <w:t>Contribution Title</w:t>
            </w:r>
          </w:p>
        </w:tc>
        <w:tc>
          <w:tcPr>
            <w:tcW w:w="4320" w:type="dxa"/>
          </w:tcPr>
          <w:p w14:paraId="0414134C" w14:textId="77777777" w:rsidR="00400691" w:rsidRDefault="00400691" w:rsidP="00436EC4">
            <w:pPr>
              <w:spacing w:before="120" w:after="120"/>
            </w:pPr>
          </w:p>
        </w:tc>
      </w:tr>
      <w:tr w:rsidR="00400691" w14:paraId="5FE5D781" w14:textId="77777777">
        <w:tc>
          <w:tcPr>
            <w:tcW w:w="4320" w:type="dxa"/>
          </w:tcPr>
          <w:p w14:paraId="3952002C" w14:textId="77777777" w:rsidR="00400691" w:rsidRDefault="00000000" w:rsidP="00436EC4">
            <w:pPr>
              <w:spacing w:before="120" w:after="120"/>
            </w:pPr>
            <w:r>
              <w:t>Engagement Format</w:t>
            </w:r>
          </w:p>
        </w:tc>
        <w:tc>
          <w:tcPr>
            <w:tcW w:w="4320" w:type="dxa"/>
          </w:tcPr>
          <w:p w14:paraId="19DD7533" w14:textId="77777777" w:rsidR="00400691" w:rsidRDefault="00000000" w:rsidP="00436EC4">
            <w:pPr>
              <w:spacing w:before="120" w:after="120"/>
            </w:pPr>
            <w:r>
              <w:t>☐ Interactive Workshop   ☐ Interactive Presentation   ☐ Insight Session   ☐ Symposium   ☐ Facilitated Open Space</w:t>
            </w:r>
          </w:p>
        </w:tc>
      </w:tr>
      <w:tr w:rsidR="00400691" w14:paraId="6D0FFC90" w14:textId="77777777">
        <w:tc>
          <w:tcPr>
            <w:tcW w:w="4320" w:type="dxa"/>
          </w:tcPr>
          <w:p w14:paraId="0F894FA0" w14:textId="77777777" w:rsidR="00400691" w:rsidRDefault="00000000" w:rsidP="00436EC4">
            <w:pPr>
              <w:spacing w:before="120" w:after="120"/>
            </w:pPr>
            <w:r>
              <w:t>Programme Strand</w:t>
            </w:r>
          </w:p>
        </w:tc>
        <w:tc>
          <w:tcPr>
            <w:tcW w:w="4320" w:type="dxa"/>
          </w:tcPr>
          <w:p w14:paraId="21C065D9" w14:textId="77777777" w:rsidR="00400691" w:rsidRDefault="00400691" w:rsidP="00436EC4">
            <w:pPr>
              <w:spacing w:before="120" w:after="120"/>
            </w:pPr>
          </w:p>
        </w:tc>
      </w:tr>
      <w:tr w:rsidR="00400691" w14:paraId="357EE620" w14:textId="77777777">
        <w:tc>
          <w:tcPr>
            <w:tcW w:w="4320" w:type="dxa"/>
          </w:tcPr>
          <w:p w14:paraId="19590C23" w14:textId="77777777" w:rsidR="00400691" w:rsidRDefault="00000000" w:rsidP="00436EC4">
            <w:pPr>
              <w:spacing w:before="120" w:after="120"/>
            </w:pPr>
            <w:r>
              <w:t>Intended Audience</w:t>
            </w:r>
          </w:p>
        </w:tc>
        <w:tc>
          <w:tcPr>
            <w:tcW w:w="4320" w:type="dxa"/>
          </w:tcPr>
          <w:p w14:paraId="08335CE1" w14:textId="77777777" w:rsidR="00400691" w:rsidRDefault="00400691" w:rsidP="00436EC4">
            <w:pPr>
              <w:spacing w:before="120" w:after="120"/>
            </w:pPr>
          </w:p>
        </w:tc>
      </w:tr>
      <w:tr w:rsidR="00400691" w14:paraId="0071C007" w14:textId="77777777">
        <w:tc>
          <w:tcPr>
            <w:tcW w:w="4320" w:type="dxa"/>
          </w:tcPr>
          <w:p w14:paraId="604F30EA" w14:textId="77777777" w:rsidR="00400691" w:rsidRDefault="00000000" w:rsidP="00436EC4">
            <w:pPr>
              <w:spacing w:before="120" w:after="120"/>
            </w:pPr>
            <w:r>
              <w:t>Keywords (3–5)</w:t>
            </w:r>
          </w:p>
        </w:tc>
        <w:tc>
          <w:tcPr>
            <w:tcW w:w="4320" w:type="dxa"/>
          </w:tcPr>
          <w:p w14:paraId="5914724C" w14:textId="77777777" w:rsidR="00400691" w:rsidRDefault="00400691" w:rsidP="00436EC4">
            <w:pPr>
              <w:spacing w:before="120" w:after="120"/>
            </w:pPr>
          </w:p>
        </w:tc>
      </w:tr>
      <w:tr w:rsidR="00400691" w14:paraId="44C726DB" w14:textId="77777777">
        <w:tc>
          <w:tcPr>
            <w:tcW w:w="4320" w:type="dxa"/>
          </w:tcPr>
          <w:p w14:paraId="26E08E08" w14:textId="77777777" w:rsidR="00400691" w:rsidRDefault="00000000" w:rsidP="00436EC4">
            <w:pPr>
              <w:spacing w:before="120" w:after="120"/>
            </w:pPr>
            <w:r>
              <w:t>Contribution Status</w:t>
            </w:r>
          </w:p>
        </w:tc>
        <w:tc>
          <w:tcPr>
            <w:tcW w:w="4320" w:type="dxa"/>
          </w:tcPr>
          <w:p w14:paraId="0FB5994F" w14:textId="77777777" w:rsidR="00400691" w:rsidRDefault="00000000" w:rsidP="00436EC4">
            <w:pPr>
              <w:spacing w:before="120" w:after="120"/>
            </w:pPr>
            <w:r>
              <w:t>☐ New   ☐ Adapted   ☐ Previously Delivered</w:t>
            </w:r>
          </w:p>
        </w:tc>
      </w:tr>
      <w:tr w:rsidR="00400691" w14:paraId="1E928C33" w14:textId="77777777">
        <w:tc>
          <w:tcPr>
            <w:tcW w:w="4320" w:type="dxa"/>
          </w:tcPr>
          <w:p w14:paraId="272A75C4" w14:textId="55F8F95A" w:rsidR="00400691" w:rsidRDefault="00A254D2" w:rsidP="00436EC4">
            <w:pPr>
              <w:spacing w:before="120" w:after="120"/>
            </w:pPr>
            <w:r>
              <w:t>Maximum Participant Numbers</w:t>
            </w:r>
          </w:p>
        </w:tc>
        <w:tc>
          <w:tcPr>
            <w:tcW w:w="4320" w:type="dxa"/>
          </w:tcPr>
          <w:p w14:paraId="22F4A60A" w14:textId="77777777" w:rsidR="00400691" w:rsidRDefault="00400691" w:rsidP="00436EC4">
            <w:pPr>
              <w:spacing w:before="120" w:after="120"/>
            </w:pPr>
          </w:p>
        </w:tc>
      </w:tr>
    </w:tbl>
    <w:p w14:paraId="2E32A183" w14:textId="77777777" w:rsidR="00436EC4" w:rsidRDefault="00436EC4" w:rsidP="00436EC4">
      <w:pPr>
        <w:pStyle w:val="Heading1"/>
        <w:spacing w:before="120" w:after="120" w:line="240" w:lineRule="auto"/>
        <w:rPr>
          <w:color w:val="000000" w:themeColor="text1"/>
        </w:rPr>
      </w:pPr>
    </w:p>
    <w:p w14:paraId="77194DB3" w14:textId="7BBD74B1" w:rsidR="00400691" w:rsidRPr="00436EC4" w:rsidRDefault="00000000" w:rsidP="00436EC4">
      <w:pPr>
        <w:pStyle w:val="Heading1"/>
        <w:spacing w:before="120" w:after="120" w:line="240" w:lineRule="auto"/>
        <w:rPr>
          <w:color w:val="000000" w:themeColor="text1"/>
        </w:rPr>
      </w:pPr>
      <w:r w:rsidRPr="00436EC4">
        <w:rPr>
          <w:color w:val="000000" w:themeColor="text1"/>
        </w:rPr>
        <w:t>Section B | Contributor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400691" w14:paraId="2E615D0A" w14:textId="77777777">
        <w:tc>
          <w:tcPr>
            <w:tcW w:w="4320" w:type="dxa"/>
          </w:tcPr>
          <w:p w14:paraId="20C6CFAE" w14:textId="77777777" w:rsidR="00400691" w:rsidRDefault="00000000" w:rsidP="00436EC4">
            <w:pPr>
              <w:spacing w:before="120" w:after="120"/>
            </w:pPr>
            <w:r>
              <w:t>Name</w:t>
            </w:r>
          </w:p>
        </w:tc>
        <w:tc>
          <w:tcPr>
            <w:tcW w:w="4320" w:type="dxa"/>
          </w:tcPr>
          <w:p w14:paraId="0619FF3C" w14:textId="77777777" w:rsidR="00400691" w:rsidRDefault="00400691" w:rsidP="00436EC4">
            <w:pPr>
              <w:spacing w:before="120" w:after="120"/>
            </w:pPr>
          </w:p>
        </w:tc>
      </w:tr>
      <w:tr w:rsidR="00400691" w14:paraId="077D38B2" w14:textId="77777777">
        <w:tc>
          <w:tcPr>
            <w:tcW w:w="4320" w:type="dxa"/>
          </w:tcPr>
          <w:p w14:paraId="683B23F8" w14:textId="77777777" w:rsidR="00400691" w:rsidRDefault="00000000" w:rsidP="00436EC4">
            <w:pPr>
              <w:spacing w:before="120" w:after="120"/>
            </w:pPr>
            <w:r>
              <w:t>Organisation</w:t>
            </w:r>
          </w:p>
        </w:tc>
        <w:tc>
          <w:tcPr>
            <w:tcW w:w="4320" w:type="dxa"/>
          </w:tcPr>
          <w:p w14:paraId="3FDFCB0B" w14:textId="77777777" w:rsidR="00400691" w:rsidRDefault="00400691" w:rsidP="00436EC4">
            <w:pPr>
              <w:spacing w:before="120" w:after="120"/>
            </w:pPr>
          </w:p>
        </w:tc>
      </w:tr>
      <w:tr w:rsidR="00400691" w14:paraId="18A6F528" w14:textId="77777777">
        <w:tc>
          <w:tcPr>
            <w:tcW w:w="4320" w:type="dxa"/>
          </w:tcPr>
          <w:p w14:paraId="69F4B404" w14:textId="77777777" w:rsidR="00400691" w:rsidRDefault="00000000" w:rsidP="00436EC4">
            <w:pPr>
              <w:spacing w:before="120" w:after="120"/>
            </w:pPr>
            <w:r>
              <w:t>Country</w:t>
            </w:r>
          </w:p>
        </w:tc>
        <w:tc>
          <w:tcPr>
            <w:tcW w:w="4320" w:type="dxa"/>
          </w:tcPr>
          <w:p w14:paraId="6BAAF5DC" w14:textId="77777777" w:rsidR="00400691" w:rsidRDefault="00400691" w:rsidP="00436EC4">
            <w:pPr>
              <w:spacing w:before="120" w:after="120"/>
            </w:pPr>
          </w:p>
        </w:tc>
      </w:tr>
      <w:tr w:rsidR="00400691" w14:paraId="6AA47E7A" w14:textId="77777777">
        <w:tc>
          <w:tcPr>
            <w:tcW w:w="4320" w:type="dxa"/>
          </w:tcPr>
          <w:p w14:paraId="5817B926" w14:textId="77777777" w:rsidR="00400691" w:rsidRDefault="00000000" w:rsidP="00436EC4">
            <w:pPr>
              <w:spacing w:before="120" w:after="120"/>
            </w:pPr>
            <w:r>
              <w:lastRenderedPageBreak/>
              <w:t>Email</w:t>
            </w:r>
          </w:p>
        </w:tc>
        <w:tc>
          <w:tcPr>
            <w:tcW w:w="4320" w:type="dxa"/>
          </w:tcPr>
          <w:p w14:paraId="2126DACC" w14:textId="77777777" w:rsidR="00400691" w:rsidRDefault="00400691" w:rsidP="00436EC4">
            <w:pPr>
              <w:spacing w:before="120" w:after="120"/>
            </w:pPr>
          </w:p>
        </w:tc>
      </w:tr>
      <w:tr w:rsidR="00400691" w14:paraId="30DF9430" w14:textId="77777777">
        <w:tc>
          <w:tcPr>
            <w:tcW w:w="4320" w:type="dxa"/>
          </w:tcPr>
          <w:p w14:paraId="4394FB44" w14:textId="77777777" w:rsidR="00400691" w:rsidRDefault="00000000" w:rsidP="00436EC4">
            <w:pPr>
              <w:spacing w:before="120" w:after="120"/>
            </w:pPr>
            <w:r>
              <w:t>Telephone (optional)</w:t>
            </w:r>
          </w:p>
        </w:tc>
        <w:tc>
          <w:tcPr>
            <w:tcW w:w="4320" w:type="dxa"/>
          </w:tcPr>
          <w:p w14:paraId="45783D97" w14:textId="77777777" w:rsidR="00400691" w:rsidRDefault="00400691" w:rsidP="00436EC4">
            <w:pPr>
              <w:spacing w:before="120" w:after="120"/>
            </w:pPr>
          </w:p>
        </w:tc>
      </w:tr>
      <w:tr w:rsidR="00400691" w14:paraId="1B6FA41B" w14:textId="77777777">
        <w:tc>
          <w:tcPr>
            <w:tcW w:w="4320" w:type="dxa"/>
          </w:tcPr>
          <w:p w14:paraId="0C44B01C" w14:textId="77777777" w:rsidR="00400691" w:rsidRDefault="00000000" w:rsidP="00436EC4">
            <w:pPr>
              <w:spacing w:before="120" w:after="120"/>
            </w:pPr>
            <w:r>
              <w:t>Additional Contributors (if applicable)</w:t>
            </w:r>
          </w:p>
        </w:tc>
        <w:tc>
          <w:tcPr>
            <w:tcW w:w="4320" w:type="dxa"/>
          </w:tcPr>
          <w:p w14:paraId="4224DE44" w14:textId="77777777" w:rsidR="00400691" w:rsidRDefault="00400691" w:rsidP="00436EC4">
            <w:pPr>
              <w:spacing w:before="120" w:after="120"/>
            </w:pPr>
          </w:p>
        </w:tc>
      </w:tr>
      <w:tr w:rsidR="00A254D2" w14:paraId="7C5453D9" w14:textId="77777777">
        <w:tc>
          <w:tcPr>
            <w:tcW w:w="4320" w:type="dxa"/>
          </w:tcPr>
          <w:p w14:paraId="4F166F5C" w14:textId="77777777" w:rsidR="00A254D2" w:rsidRPr="00436EC4" w:rsidRDefault="00A254D2" w:rsidP="00436EC4">
            <w:pPr>
              <w:spacing w:before="120" w:after="120"/>
              <w:rPr>
                <w:bCs/>
              </w:rPr>
            </w:pPr>
            <w:r w:rsidRPr="00436EC4">
              <w:rPr>
                <w:bCs/>
              </w:rPr>
              <w:t>Contributor Biography (maximum 150 words)</w:t>
            </w:r>
          </w:p>
          <w:p w14:paraId="770E0E68" w14:textId="77777777" w:rsidR="00A254D2" w:rsidRDefault="00A254D2" w:rsidP="00436EC4">
            <w:pPr>
              <w:spacing w:before="120" w:after="120"/>
            </w:pPr>
          </w:p>
        </w:tc>
        <w:tc>
          <w:tcPr>
            <w:tcW w:w="4320" w:type="dxa"/>
          </w:tcPr>
          <w:p w14:paraId="714B99B3" w14:textId="77777777" w:rsidR="00A254D2" w:rsidRDefault="00A254D2" w:rsidP="00436EC4">
            <w:pPr>
              <w:spacing w:before="120" w:after="120"/>
            </w:pPr>
          </w:p>
        </w:tc>
      </w:tr>
    </w:tbl>
    <w:p w14:paraId="0600C10A" w14:textId="77777777" w:rsidR="00436EC4" w:rsidRDefault="00436EC4" w:rsidP="00436EC4">
      <w:pPr>
        <w:pStyle w:val="Heading1"/>
        <w:spacing w:before="120" w:after="120" w:line="240" w:lineRule="auto"/>
        <w:rPr>
          <w:color w:val="000000" w:themeColor="text1"/>
        </w:rPr>
      </w:pPr>
    </w:p>
    <w:p w14:paraId="6DEA6C92" w14:textId="2181A76D" w:rsidR="00400691" w:rsidRPr="00436EC4" w:rsidRDefault="00000000" w:rsidP="00436EC4">
      <w:pPr>
        <w:pStyle w:val="Heading1"/>
        <w:spacing w:before="120" w:after="120" w:line="240" w:lineRule="auto"/>
        <w:rPr>
          <w:color w:val="000000" w:themeColor="text1"/>
        </w:rPr>
      </w:pPr>
      <w:r w:rsidRPr="00436EC4">
        <w:rPr>
          <w:color w:val="000000" w:themeColor="text1"/>
        </w:rPr>
        <w:t>Section C | Proposal</w:t>
      </w:r>
    </w:p>
    <w:p w14:paraId="55541167" w14:textId="1633355F" w:rsidR="00400691" w:rsidRDefault="00400691" w:rsidP="00436EC4">
      <w:pPr>
        <w:spacing w:before="120" w:after="120"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A254D2" w14:paraId="1C055D9A" w14:textId="77777777" w:rsidTr="00A254D2">
        <w:tc>
          <w:tcPr>
            <w:tcW w:w="8856" w:type="dxa"/>
          </w:tcPr>
          <w:p w14:paraId="188089CD" w14:textId="77777777" w:rsidR="00A254D2" w:rsidRDefault="00A254D2" w:rsidP="00436EC4">
            <w:pPr>
              <w:spacing w:before="120" w:after="120"/>
              <w:rPr>
                <w:b/>
              </w:rPr>
            </w:pPr>
            <w:r>
              <w:rPr>
                <w:b/>
              </w:rPr>
              <w:t>Proposal Summary (maximum 300 words)</w:t>
            </w:r>
          </w:p>
          <w:p w14:paraId="2C5A3739" w14:textId="77777777" w:rsidR="00A254D2" w:rsidRDefault="00A254D2" w:rsidP="00436EC4">
            <w:pPr>
              <w:spacing w:before="120" w:after="120"/>
            </w:pPr>
          </w:p>
        </w:tc>
      </w:tr>
      <w:tr w:rsidR="00A254D2" w14:paraId="2A6E2573" w14:textId="77777777" w:rsidTr="00A254D2">
        <w:tc>
          <w:tcPr>
            <w:tcW w:w="8856" w:type="dxa"/>
          </w:tcPr>
          <w:p w14:paraId="295B08CE" w14:textId="77777777" w:rsidR="00A254D2" w:rsidRDefault="00A254D2" w:rsidP="00436EC4">
            <w:pPr>
              <w:spacing w:before="120" w:after="120"/>
            </w:pPr>
            <w:r>
              <w:rPr>
                <w:b/>
              </w:rPr>
              <w:t>Programme Description (maximum 100 words)</w:t>
            </w:r>
          </w:p>
          <w:p w14:paraId="3FC2ACDB" w14:textId="77777777" w:rsidR="00A254D2" w:rsidRDefault="00A254D2" w:rsidP="00436EC4">
            <w:pPr>
              <w:spacing w:before="120" w:after="120"/>
              <w:rPr>
                <w:b/>
              </w:rPr>
            </w:pPr>
          </w:p>
        </w:tc>
      </w:tr>
      <w:tr w:rsidR="00A254D2" w14:paraId="5D368ADE" w14:textId="77777777" w:rsidTr="00A254D2">
        <w:tc>
          <w:tcPr>
            <w:tcW w:w="8856" w:type="dxa"/>
          </w:tcPr>
          <w:p w14:paraId="3C8A52C6" w14:textId="77777777" w:rsidR="00A254D2" w:rsidRDefault="00A254D2" w:rsidP="00436EC4">
            <w:pPr>
              <w:spacing w:before="120" w:after="120"/>
            </w:pPr>
            <w:r>
              <w:rPr>
                <w:b/>
              </w:rPr>
              <w:t>Why is this contribution valuable to Congress delegates? (maximum 150 words)</w:t>
            </w:r>
          </w:p>
          <w:p w14:paraId="1986A361" w14:textId="77777777" w:rsidR="00A254D2" w:rsidRDefault="00A254D2" w:rsidP="00436EC4">
            <w:pPr>
              <w:spacing w:before="120" w:after="120"/>
              <w:rPr>
                <w:b/>
              </w:rPr>
            </w:pPr>
          </w:p>
        </w:tc>
      </w:tr>
      <w:tr w:rsidR="00A254D2" w14:paraId="26903B84" w14:textId="77777777" w:rsidTr="00A254D2">
        <w:tc>
          <w:tcPr>
            <w:tcW w:w="8856" w:type="dxa"/>
          </w:tcPr>
          <w:p w14:paraId="1188DDA9" w14:textId="77777777" w:rsidR="00A254D2" w:rsidRDefault="00A254D2" w:rsidP="00436EC4">
            <w:pPr>
              <w:spacing w:before="120" w:after="120"/>
            </w:pPr>
            <w:r>
              <w:rPr>
                <w:b/>
              </w:rPr>
              <w:t>Why have you chosen this Engagement Format? (maximum 150 words)</w:t>
            </w:r>
          </w:p>
          <w:p w14:paraId="1CDB5D1F" w14:textId="77777777" w:rsidR="00A254D2" w:rsidRDefault="00A254D2" w:rsidP="00436EC4">
            <w:pPr>
              <w:spacing w:before="120" w:after="120"/>
              <w:rPr>
                <w:b/>
              </w:rPr>
            </w:pPr>
          </w:p>
        </w:tc>
      </w:tr>
    </w:tbl>
    <w:p w14:paraId="646BD8A5" w14:textId="77777777" w:rsidR="00A254D2" w:rsidRDefault="00A254D2" w:rsidP="00436EC4">
      <w:pPr>
        <w:spacing w:before="120" w:after="120" w:line="240" w:lineRule="auto"/>
      </w:pPr>
    </w:p>
    <w:p w14:paraId="470534B4" w14:textId="77777777" w:rsidR="00400691" w:rsidRPr="00436EC4" w:rsidRDefault="00000000" w:rsidP="00436EC4">
      <w:pPr>
        <w:pStyle w:val="Heading1"/>
        <w:spacing w:before="120" w:after="120" w:line="240" w:lineRule="auto"/>
        <w:rPr>
          <w:color w:val="000000" w:themeColor="text1"/>
        </w:rPr>
      </w:pPr>
      <w:r w:rsidRPr="00436EC4">
        <w:rPr>
          <w:color w:val="000000" w:themeColor="text1"/>
        </w:rPr>
        <w:t>Section D | Learning Experience</w:t>
      </w:r>
    </w:p>
    <w:p w14:paraId="2DC3C9AA" w14:textId="3DB898D2" w:rsidR="00400691" w:rsidRDefault="00400691" w:rsidP="00436EC4">
      <w:pPr>
        <w:spacing w:before="120" w:after="120"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A254D2" w14:paraId="4E020257" w14:textId="77777777" w:rsidTr="00A254D2">
        <w:tc>
          <w:tcPr>
            <w:tcW w:w="8856" w:type="dxa"/>
          </w:tcPr>
          <w:p w14:paraId="2507E028" w14:textId="77777777" w:rsidR="00A254D2" w:rsidRDefault="00A254D2" w:rsidP="00436EC4">
            <w:pPr>
              <w:spacing w:before="120" w:after="120"/>
              <w:rPr>
                <w:b/>
              </w:rPr>
            </w:pPr>
            <w:r>
              <w:rPr>
                <w:b/>
              </w:rPr>
              <w:t>What will participants learn?</w:t>
            </w:r>
          </w:p>
          <w:p w14:paraId="1BC0C994" w14:textId="6DCB7D8A" w:rsidR="00A254D2" w:rsidRDefault="00A254D2" w:rsidP="00436EC4">
            <w:pPr>
              <w:spacing w:before="120" w:after="120"/>
            </w:pPr>
          </w:p>
        </w:tc>
      </w:tr>
      <w:tr w:rsidR="00A254D2" w14:paraId="3C8D2946" w14:textId="77777777" w:rsidTr="00A254D2">
        <w:tc>
          <w:tcPr>
            <w:tcW w:w="8856" w:type="dxa"/>
          </w:tcPr>
          <w:p w14:paraId="3F1AAD25" w14:textId="77777777" w:rsidR="00A254D2" w:rsidRDefault="00A254D2" w:rsidP="00436EC4">
            <w:pPr>
              <w:spacing w:before="120" w:after="120"/>
            </w:pPr>
            <w:r>
              <w:rPr>
                <w:b/>
              </w:rPr>
              <w:t>How will participants actively engage?</w:t>
            </w:r>
          </w:p>
          <w:p w14:paraId="3B2604A6" w14:textId="77777777" w:rsidR="00A254D2" w:rsidRDefault="00A254D2" w:rsidP="00436EC4">
            <w:pPr>
              <w:spacing w:before="120" w:after="120"/>
              <w:rPr>
                <w:b/>
              </w:rPr>
            </w:pPr>
          </w:p>
        </w:tc>
      </w:tr>
      <w:tr w:rsidR="00A254D2" w14:paraId="000ECFE6" w14:textId="77777777" w:rsidTr="00A254D2">
        <w:tc>
          <w:tcPr>
            <w:tcW w:w="8856" w:type="dxa"/>
          </w:tcPr>
          <w:p w14:paraId="6653F298" w14:textId="77777777" w:rsidR="00A254D2" w:rsidRDefault="00A254D2" w:rsidP="00436EC4">
            <w:pPr>
              <w:spacing w:before="120" w:after="120"/>
            </w:pPr>
            <w:r>
              <w:rPr>
                <w:b/>
              </w:rPr>
              <w:t>What do you hope participants will take back into practice?</w:t>
            </w:r>
          </w:p>
          <w:p w14:paraId="7A21DC56" w14:textId="77777777" w:rsidR="00A254D2" w:rsidRDefault="00A254D2" w:rsidP="00436EC4">
            <w:pPr>
              <w:spacing w:before="120" w:after="120"/>
              <w:rPr>
                <w:b/>
              </w:rPr>
            </w:pPr>
          </w:p>
        </w:tc>
      </w:tr>
    </w:tbl>
    <w:p w14:paraId="7EBCA274" w14:textId="77777777" w:rsidR="00A254D2" w:rsidRDefault="00A254D2" w:rsidP="00436EC4">
      <w:pPr>
        <w:spacing w:before="120" w:after="120" w:line="240" w:lineRule="auto"/>
      </w:pPr>
    </w:p>
    <w:p w14:paraId="0DBDE627" w14:textId="77777777" w:rsidR="00436EC4" w:rsidRDefault="00436EC4" w:rsidP="00436EC4">
      <w:pPr>
        <w:pStyle w:val="Heading1"/>
        <w:spacing w:before="120" w:after="120" w:line="240" w:lineRule="auto"/>
        <w:rPr>
          <w:color w:val="000000" w:themeColor="text1"/>
        </w:rPr>
      </w:pPr>
    </w:p>
    <w:p w14:paraId="7172977B" w14:textId="676AF821" w:rsidR="00400691" w:rsidRPr="00436EC4" w:rsidRDefault="00000000" w:rsidP="00436EC4">
      <w:pPr>
        <w:pStyle w:val="Heading1"/>
        <w:spacing w:before="120" w:after="120" w:line="240" w:lineRule="auto"/>
        <w:rPr>
          <w:color w:val="000000" w:themeColor="text1"/>
        </w:rPr>
      </w:pPr>
      <w:r w:rsidRPr="00436EC4">
        <w:rPr>
          <w:color w:val="000000" w:themeColor="text1"/>
        </w:rPr>
        <w:t>Section E | Practical Requirements</w:t>
      </w:r>
    </w:p>
    <w:p w14:paraId="542A4876" w14:textId="6A7DA2FE" w:rsidR="00400691" w:rsidRDefault="00400691" w:rsidP="00436EC4">
      <w:pPr>
        <w:spacing w:before="120" w:after="120"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A254D2" w14:paraId="5BF74A9B" w14:textId="77777777" w:rsidTr="00A254D2">
        <w:tc>
          <w:tcPr>
            <w:tcW w:w="8856" w:type="dxa"/>
          </w:tcPr>
          <w:p w14:paraId="23443410" w14:textId="77777777" w:rsidR="00A254D2" w:rsidRDefault="00A254D2" w:rsidP="00436EC4">
            <w:pPr>
              <w:spacing w:before="120" w:after="120"/>
              <w:rPr>
                <w:b/>
              </w:rPr>
            </w:pPr>
            <w:r>
              <w:rPr>
                <w:b/>
              </w:rPr>
              <w:t>Preferred room layout</w:t>
            </w:r>
          </w:p>
          <w:p w14:paraId="572FB31D" w14:textId="70E2DA70" w:rsidR="00A254D2" w:rsidRDefault="00A254D2" w:rsidP="00436EC4">
            <w:pPr>
              <w:spacing w:before="120" w:after="120"/>
            </w:pPr>
          </w:p>
        </w:tc>
      </w:tr>
      <w:tr w:rsidR="00A254D2" w14:paraId="5710B1F8" w14:textId="77777777" w:rsidTr="00A254D2">
        <w:tc>
          <w:tcPr>
            <w:tcW w:w="8856" w:type="dxa"/>
          </w:tcPr>
          <w:p w14:paraId="4F59126A" w14:textId="77777777" w:rsidR="00A254D2" w:rsidRDefault="00A254D2" w:rsidP="00436EC4">
            <w:pPr>
              <w:spacing w:before="120" w:after="120"/>
            </w:pPr>
            <w:r>
              <w:rPr>
                <w:b/>
              </w:rPr>
              <w:t>Audio-visual requirements</w:t>
            </w:r>
          </w:p>
          <w:p w14:paraId="07B8C957" w14:textId="77777777" w:rsidR="00A254D2" w:rsidRDefault="00A254D2" w:rsidP="00436EC4">
            <w:pPr>
              <w:spacing w:before="120" w:after="120"/>
              <w:rPr>
                <w:b/>
              </w:rPr>
            </w:pPr>
          </w:p>
        </w:tc>
      </w:tr>
      <w:tr w:rsidR="00A254D2" w14:paraId="7CA2AB16" w14:textId="77777777" w:rsidTr="00A254D2">
        <w:tc>
          <w:tcPr>
            <w:tcW w:w="8856" w:type="dxa"/>
          </w:tcPr>
          <w:p w14:paraId="619E8D2C" w14:textId="77777777" w:rsidR="00A254D2" w:rsidRDefault="00A254D2" w:rsidP="00436EC4">
            <w:pPr>
              <w:spacing w:before="120" w:after="120"/>
            </w:pPr>
            <w:r>
              <w:rPr>
                <w:b/>
              </w:rPr>
              <w:t>Materials or equipment required</w:t>
            </w:r>
          </w:p>
          <w:p w14:paraId="37CADD90" w14:textId="77777777" w:rsidR="00A254D2" w:rsidRDefault="00A254D2" w:rsidP="00436EC4">
            <w:pPr>
              <w:spacing w:before="120" w:after="120"/>
              <w:rPr>
                <w:b/>
              </w:rPr>
            </w:pPr>
          </w:p>
        </w:tc>
      </w:tr>
      <w:tr w:rsidR="00A254D2" w14:paraId="1CFE6461" w14:textId="77777777" w:rsidTr="00A254D2">
        <w:tc>
          <w:tcPr>
            <w:tcW w:w="8856" w:type="dxa"/>
          </w:tcPr>
          <w:p w14:paraId="2FD8BEE5" w14:textId="77777777" w:rsidR="00A254D2" w:rsidRDefault="00A254D2" w:rsidP="00436EC4">
            <w:pPr>
              <w:spacing w:before="120" w:after="120"/>
            </w:pPr>
            <w:r>
              <w:rPr>
                <w:b/>
              </w:rPr>
              <w:t>Internet access required</w:t>
            </w:r>
          </w:p>
          <w:p w14:paraId="3C5B7E05" w14:textId="77777777" w:rsidR="00A254D2" w:rsidRDefault="00A254D2" w:rsidP="00436EC4">
            <w:pPr>
              <w:spacing w:before="120" w:after="120"/>
              <w:rPr>
                <w:b/>
              </w:rPr>
            </w:pPr>
          </w:p>
        </w:tc>
      </w:tr>
      <w:tr w:rsidR="00A254D2" w14:paraId="00745AA5" w14:textId="77777777" w:rsidTr="00A254D2">
        <w:tc>
          <w:tcPr>
            <w:tcW w:w="8856" w:type="dxa"/>
          </w:tcPr>
          <w:p w14:paraId="6F2E6C57" w14:textId="77777777" w:rsidR="00A254D2" w:rsidRDefault="00A254D2" w:rsidP="00436EC4">
            <w:pPr>
              <w:spacing w:before="120" w:after="120"/>
            </w:pPr>
            <w:r>
              <w:rPr>
                <w:b/>
              </w:rPr>
              <w:t>Other practical considerations</w:t>
            </w:r>
          </w:p>
          <w:p w14:paraId="4F11FF1A" w14:textId="77777777" w:rsidR="00A254D2" w:rsidRDefault="00A254D2" w:rsidP="00436EC4">
            <w:pPr>
              <w:spacing w:before="120" w:after="120"/>
              <w:rPr>
                <w:b/>
              </w:rPr>
            </w:pPr>
          </w:p>
        </w:tc>
      </w:tr>
    </w:tbl>
    <w:p w14:paraId="263F0DA6" w14:textId="77777777" w:rsidR="00A254D2" w:rsidRDefault="00A254D2" w:rsidP="00436EC4">
      <w:pPr>
        <w:spacing w:before="120" w:after="120" w:line="240" w:lineRule="auto"/>
      </w:pPr>
    </w:p>
    <w:p w14:paraId="748813F6" w14:textId="77777777" w:rsidR="00400691" w:rsidRPr="00436EC4" w:rsidRDefault="00000000" w:rsidP="00436EC4">
      <w:pPr>
        <w:pStyle w:val="Heading1"/>
        <w:spacing w:before="120" w:after="120" w:line="240" w:lineRule="auto"/>
        <w:rPr>
          <w:color w:val="000000" w:themeColor="text1"/>
        </w:rPr>
      </w:pPr>
      <w:r w:rsidRPr="00436EC4">
        <w:rPr>
          <w:color w:val="000000" w:themeColor="text1"/>
        </w:rPr>
        <w:t>Section F | Contributor Commitment</w:t>
      </w:r>
    </w:p>
    <w:p w14:paraId="2372AC5F" w14:textId="77777777" w:rsidR="00400691" w:rsidRDefault="00000000" w:rsidP="00436EC4">
      <w:pPr>
        <w:spacing w:before="120" w:after="120" w:line="240" w:lineRule="auto"/>
      </w:pPr>
      <w:r>
        <w:t>☐ I understand that accepted sessions will be delivered twice on Saturday, 2 October 2027 (morning and afternoon).</w:t>
      </w:r>
    </w:p>
    <w:p w14:paraId="014B707D" w14:textId="77777777" w:rsidR="00400691" w:rsidRDefault="00000000" w:rsidP="00436EC4">
      <w:pPr>
        <w:spacing w:before="120" w:after="120" w:line="240" w:lineRule="auto"/>
      </w:pPr>
      <w:r>
        <w:t>☐ I will be available to deliver both sessions.</w:t>
      </w:r>
    </w:p>
    <w:p w14:paraId="462712D3" w14:textId="77777777" w:rsidR="00400691" w:rsidRDefault="00000000" w:rsidP="00436EC4">
      <w:pPr>
        <w:spacing w:before="120" w:after="120" w:line="240" w:lineRule="auto"/>
      </w:pPr>
      <w:r>
        <w:t>☐ I understand that room allocation is determined by the Programme Committee.</w:t>
      </w:r>
    </w:p>
    <w:p w14:paraId="6409F0F5" w14:textId="77777777" w:rsidR="00400691" w:rsidRDefault="00000000" w:rsidP="00436EC4">
      <w:pPr>
        <w:spacing w:before="120" w:after="120" w:line="240" w:lineRule="auto"/>
      </w:pPr>
      <w:r>
        <w:t>☐ I confirm that this proposal has been approved by all contributors.</w:t>
      </w:r>
    </w:p>
    <w:p w14:paraId="0121CCBE" w14:textId="77777777" w:rsidR="00436EC4" w:rsidRDefault="00436EC4" w:rsidP="00436EC4">
      <w:pPr>
        <w:spacing w:before="120" w:after="12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400691" w14:paraId="767FB1E2" w14:textId="77777777">
        <w:tc>
          <w:tcPr>
            <w:tcW w:w="4320" w:type="dxa"/>
          </w:tcPr>
          <w:p w14:paraId="6C6DD72B" w14:textId="77777777" w:rsidR="00400691" w:rsidRDefault="00000000" w:rsidP="00436EC4">
            <w:pPr>
              <w:spacing w:before="120" w:after="120"/>
            </w:pPr>
            <w:r>
              <w:t>Signature</w:t>
            </w:r>
          </w:p>
        </w:tc>
        <w:tc>
          <w:tcPr>
            <w:tcW w:w="4320" w:type="dxa"/>
          </w:tcPr>
          <w:p w14:paraId="4CE4899A" w14:textId="77777777" w:rsidR="00400691" w:rsidRDefault="00400691" w:rsidP="00436EC4">
            <w:pPr>
              <w:spacing w:before="120" w:after="120"/>
            </w:pPr>
          </w:p>
        </w:tc>
      </w:tr>
      <w:tr w:rsidR="00400691" w14:paraId="0A6FFF19" w14:textId="77777777">
        <w:tc>
          <w:tcPr>
            <w:tcW w:w="4320" w:type="dxa"/>
          </w:tcPr>
          <w:p w14:paraId="1BD81C3F" w14:textId="77777777" w:rsidR="00400691" w:rsidRDefault="00000000" w:rsidP="00436EC4">
            <w:pPr>
              <w:spacing w:before="120" w:after="120"/>
            </w:pPr>
            <w:r>
              <w:t>Date</w:t>
            </w:r>
          </w:p>
        </w:tc>
        <w:tc>
          <w:tcPr>
            <w:tcW w:w="4320" w:type="dxa"/>
          </w:tcPr>
          <w:p w14:paraId="4CC05B00" w14:textId="77777777" w:rsidR="00400691" w:rsidRDefault="00400691" w:rsidP="00436EC4">
            <w:pPr>
              <w:spacing w:before="120" w:after="120"/>
            </w:pPr>
          </w:p>
        </w:tc>
      </w:tr>
    </w:tbl>
    <w:p w14:paraId="4AD2C4F0" w14:textId="77777777" w:rsidR="00436EC4" w:rsidRDefault="00436EC4" w:rsidP="00436EC4">
      <w:pPr>
        <w:pStyle w:val="Heading1"/>
        <w:spacing w:before="120" w:after="120" w:line="240" w:lineRule="auto"/>
        <w:rPr>
          <w:color w:val="000000" w:themeColor="text1"/>
        </w:rPr>
      </w:pPr>
    </w:p>
    <w:p w14:paraId="01B2F237" w14:textId="493329AE" w:rsidR="00400691" w:rsidRPr="00436EC4" w:rsidRDefault="00000000" w:rsidP="00436EC4">
      <w:pPr>
        <w:pStyle w:val="Heading1"/>
        <w:spacing w:before="120" w:after="120" w:line="240" w:lineRule="auto"/>
        <w:rPr>
          <w:color w:val="000000" w:themeColor="text1"/>
        </w:rPr>
      </w:pPr>
      <w:r w:rsidRPr="00436EC4">
        <w:rPr>
          <w:color w:val="000000" w:themeColor="text1"/>
        </w:rPr>
        <w:t>Additional Information for Symposia Only</w:t>
      </w:r>
    </w:p>
    <w:p w14:paraId="4902CC05" w14:textId="6887BBA1" w:rsidR="00400691" w:rsidRDefault="00400691" w:rsidP="00436EC4">
      <w:pPr>
        <w:spacing w:before="120" w:after="120"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A254D2" w14:paraId="7629297A" w14:textId="77777777" w:rsidTr="00A254D2">
        <w:tc>
          <w:tcPr>
            <w:tcW w:w="8856" w:type="dxa"/>
          </w:tcPr>
          <w:p w14:paraId="638691C1" w14:textId="77777777" w:rsidR="00A254D2" w:rsidRDefault="00A254D2" w:rsidP="00436EC4">
            <w:pPr>
              <w:spacing w:before="120" w:after="120"/>
              <w:rPr>
                <w:b/>
              </w:rPr>
            </w:pPr>
            <w:r>
              <w:rPr>
                <w:b/>
              </w:rPr>
              <w:t>Symposium Title</w:t>
            </w:r>
          </w:p>
          <w:p w14:paraId="6A19ADB0" w14:textId="3A35F458" w:rsidR="00A254D2" w:rsidRDefault="00A254D2" w:rsidP="00436EC4">
            <w:pPr>
              <w:spacing w:before="120" w:after="120"/>
            </w:pPr>
          </w:p>
        </w:tc>
      </w:tr>
      <w:tr w:rsidR="00A254D2" w14:paraId="566F1304" w14:textId="77777777" w:rsidTr="00A254D2">
        <w:tc>
          <w:tcPr>
            <w:tcW w:w="8856" w:type="dxa"/>
          </w:tcPr>
          <w:p w14:paraId="4E5D569C" w14:textId="77777777" w:rsidR="00A254D2" w:rsidRDefault="00A254D2" w:rsidP="00436EC4">
            <w:pPr>
              <w:spacing w:before="120" w:after="120"/>
            </w:pPr>
            <w:r>
              <w:rPr>
                <w:b/>
              </w:rPr>
              <w:t>Symposium Overview (maximum 300 words)</w:t>
            </w:r>
          </w:p>
          <w:p w14:paraId="5A144384" w14:textId="77777777" w:rsidR="00A254D2" w:rsidRDefault="00A254D2" w:rsidP="00436EC4">
            <w:pPr>
              <w:spacing w:before="120" w:after="120"/>
              <w:rPr>
                <w:b/>
              </w:rPr>
            </w:pPr>
          </w:p>
        </w:tc>
      </w:tr>
      <w:tr w:rsidR="00A254D2" w14:paraId="0436B43A" w14:textId="77777777" w:rsidTr="00A254D2">
        <w:tc>
          <w:tcPr>
            <w:tcW w:w="8856" w:type="dxa"/>
          </w:tcPr>
          <w:p w14:paraId="1D5FAB7B" w14:textId="77777777" w:rsidR="00A254D2" w:rsidRDefault="00A254D2" w:rsidP="00436EC4">
            <w:pPr>
              <w:spacing w:before="120" w:after="120"/>
            </w:pPr>
            <w:r>
              <w:rPr>
                <w:b/>
              </w:rPr>
              <w:t>Contributors and Organisations</w:t>
            </w:r>
          </w:p>
          <w:p w14:paraId="6FE01FF4" w14:textId="77777777" w:rsidR="00A254D2" w:rsidRDefault="00A254D2" w:rsidP="00436EC4">
            <w:pPr>
              <w:spacing w:before="120" w:after="120"/>
              <w:rPr>
                <w:b/>
              </w:rPr>
            </w:pPr>
          </w:p>
        </w:tc>
      </w:tr>
      <w:tr w:rsidR="00A254D2" w14:paraId="34B6BA11" w14:textId="77777777" w:rsidTr="00A254D2">
        <w:tc>
          <w:tcPr>
            <w:tcW w:w="8856" w:type="dxa"/>
          </w:tcPr>
          <w:p w14:paraId="610CE8BA" w14:textId="77777777" w:rsidR="00A254D2" w:rsidRDefault="00A254D2" w:rsidP="00436EC4">
            <w:pPr>
              <w:spacing w:before="120" w:after="120"/>
            </w:pPr>
            <w:r>
              <w:rPr>
                <w:b/>
              </w:rPr>
              <w:t>How will the symposium be structured across the 90-minute session?</w:t>
            </w:r>
          </w:p>
          <w:p w14:paraId="0A8F40D4" w14:textId="77777777" w:rsidR="00A254D2" w:rsidRDefault="00A254D2" w:rsidP="00436EC4">
            <w:pPr>
              <w:spacing w:before="120" w:after="120"/>
              <w:rPr>
                <w:b/>
              </w:rPr>
            </w:pPr>
          </w:p>
        </w:tc>
      </w:tr>
    </w:tbl>
    <w:p w14:paraId="762757D7" w14:textId="77777777" w:rsidR="00A254D2" w:rsidRDefault="00A254D2" w:rsidP="00436EC4">
      <w:pPr>
        <w:spacing w:before="120" w:after="120" w:line="240" w:lineRule="auto"/>
      </w:pPr>
    </w:p>
    <w:p w14:paraId="0C783BE9" w14:textId="47491D82" w:rsidR="00400691" w:rsidRDefault="00400691" w:rsidP="00436EC4">
      <w:pPr>
        <w:spacing w:before="120" w:after="120" w:line="240" w:lineRule="auto"/>
      </w:pPr>
    </w:p>
    <w:sectPr w:rsidR="0040069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93585699">
    <w:abstractNumId w:val="8"/>
  </w:num>
  <w:num w:numId="2" w16cid:durableId="289435373">
    <w:abstractNumId w:val="6"/>
  </w:num>
  <w:num w:numId="3" w16cid:durableId="661734122">
    <w:abstractNumId w:val="5"/>
  </w:num>
  <w:num w:numId="4" w16cid:durableId="302126829">
    <w:abstractNumId w:val="4"/>
  </w:num>
  <w:num w:numId="5" w16cid:durableId="239563041">
    <w:abstractNumId w:val="7"/>
  </w:num>
  <w:num w:numId="6" w16cid:durableId="1642227101">
    <w:abstractNumId w:val="3"/>
  </w:num>
  <w:num w:numId="7" w16cid:durableId="509030521">
    <w:abstractNumId w:val="2"/>
  </w:num>
  <w:num w:numId="8" w16cid:durableId="375784512">
    <w:abstractNumId w:val="1"/>
  </w:num>
  <w:num w:numId="9" w16cid:durableId="608975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63B5"/>
    <w:rsid w:val="0015074B"/>
    <w:rsid w:val="0029639D"/>
    <w:rsid w:val="00326F90"/>
    <w:rsid w:val="00400691"/>
    <w:rsid w:val="00436EC4"/>
    <w:rsid w:val="00721FC7"/>
    <w:rsid w:val="00775FCE"/>
    <w:rsid w:val="008236D6"/>
    <w:rsid w:val="00A254D2"/>
    <w:rsid w:val="00AA1D8D"/>
    <w:rsid w:val="00B47730"/>
    <w:rsid w:val="00CB0664"/>
    <w:rsid w:val="00D24E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7C2F7AC"/>
  <w14:defaultImageDpi w14:val="300"/>
  <w15:docId w15:val="{08DB3FD2-B576-DF4C-AF95-DF99F741E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775FC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F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ongress@montessori-europe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Danielle Ward</cp:lastModifiedBy>
  <cp:revision>2</cp:revision>
  <dcterms:created xsi:type="dcterms:W3CDTF">2026-09-04T13:46:00Z</dcterms:created>
  <dcterms:modified xsi:type="dcterms:W3CDTF">2026-09-04T13:46:00Z</dcterms:modified>
  <cp:category/>
</cp:coreProperties>
</file>